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שכתוב משפטים – דיבור עקיף, צירוף/משפט, פעיל/סביל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הפיכת דיבור ישיר לדיבור עקיף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ולהפוך צירוף למשפט ולהפך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שכתוב ממשפט פעיל למשפט סביל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דנה אמרה שהיא עייפה.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הוא/היא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בגלל הגשם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סביל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זהו צירוף, אין בו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בעברית הזמן נשאר כמו במקור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הכלל לציווי בדיבור עקיף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פיעל-פועל הם זוג פעיל-סביל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שני הביטויים מסבירים סיבה זהה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פורסמו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לסדר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ישיר לעקיף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(דנה אמרה שהיא עייפה.)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(יוסי שאל איפה הספר.)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(רון שאל אם בא.)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(המורה ביקשה מהם לשבת בשקט.)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(דני אמר שהוא יבוא למחרת.)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שכתוב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אבא אמר שהוא הולך לעבודה.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אחרי שסיימנו את המבחן יצאנו לחופשה.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המבחנים נבדקו על ידי המורה.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שדיבור עקיף הוא בלי מירכאות ועם המילה 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נותן צירוף ומשפט עם קשר תוכן זהה (למשל בגלל/כי)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משכתב נכון כולל בניין סביל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בקריאת הכרטיסים הצהובים בכיתה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לפני הכתיבה, במיוחד את החלפת הגופים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החינוך המיוחד להשמיט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שכתוב משפטים – דיבור עקיף, צירוף/משפט, פעיל/סביל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שלושה סוגי שכתוב: דיבור ישיר מול עקיף, צירוף מול משפט, ופעיל מול סביל. בכל סוג חשוב לשמור על המשמעות המקורית.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משפט יש דיבור עקיף?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דנה אמרה: "אני עייפה."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דנה אמרה שהיא עייפה.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דנה שאלה: "מתי תבוא?"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"אני עייפה", אמרה דנה.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כשהופכים דיבור ישיר לעקיף, "אני" הופך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הוא/היא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צמד יש צירוף (בלי פועל)?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ירד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בגלל 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לפני שיצאנו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על פי שהיה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המשפט "התוצאות פורסמו על ידי הוועד" הוא משפט...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בניין נפעל הוא הצורה הסבילה של בניין...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כדי להפוך שאלת כן/לא לדיבור עקיף, מוסיפים את המילה...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"לפני היציאה" הוא משפט עם פועל.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כשהופכים דיבור ישיר לעקיף, זמן הפועל משתנה.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ציווי בדיבור עקיף הופך ל"ביקש מ... ל...".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בניין פועל הוא הצורה הסבילה של בניין פיעל.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"בגלל הגשם" ו"כי ירד גשם" שומרים על אותה משמעות.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"אני עייפה" הופך בדיבור עקיף ל"__________ עייפה".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בגלל הגשם ← כי __________ גשם.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היציאה ← לפני __________ יצאנו.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הוועד פרסם את התוצאות ← התוצאות __________ על ידי הוועד.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אמא ביקשה: "תסדר את החדר!" ← אמא ביקשה ממנו __________ את החדר.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ישיר לעקיף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דנה אמרה: "אני עייפה."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דני אמר שהוא יבוא למחרת.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יוסי שאל: "איפה הספר?"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דנה אמרה שהיא עייפה.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רון שאל: "האם באת?"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המורה ביקשה מהם לשבת בשקט.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המורה ביקשה: "שבו בשקט!"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רון שאל אם בא.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"אני אבוא מחר", אמר דני.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יוסי שאל איפה הספר.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שכתוב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שכתבו בדיבור עקיף: אבא אמר: "אני הולך לעבודה."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הפכו את הצירוף למשפט: אחרי סיום המבחן יצאנו לחופשה.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הפכו למשפט סביל: המורה בדקה את המבחנים.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דיבור ישיר לדיבור עקיף?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לצירוף ולמשפט עם אותה משמעות.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הפכו משפט אחד מפעיל לסביל.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שכתוב משפטים – דיבור עקיף, צירוף/משפט, פעיל/סביל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