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ולהפוך צירוף למשפט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שכתוב ממשפט פעיל למשפט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דנה אמרה שהיא עייפה.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הוא/היא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צירוף, אין בו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בעברית הזמן נשאר כמו במקור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הכלל לציווי בדיבור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פיעל-פועל הם זוג פעיל-סביל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 הביטויים מסבירים סיבה 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פורסמו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ישיר לעקיף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(דנה אמרה שהיא עייפה.)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(יוסי שאל איפה הספר.)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(רון שאל אם בא.)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(המורה ביקשה מהם לשבת בשקט.)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(דני אמר שהוא יבוא למחרת.)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שכתוב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אמר שהוא הולך לעבודה.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 שסיימנו את המבחן יצאנו לחופשה.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המבחנים נבדקו על ידי המורה.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שדיבור עקיף הוא בלי מירכאות ועם המילה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צירוף ומשפט עם קשר תוכן זהה (למשל בגלל/כי)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משכתב נכון כולל בניין סביל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הכרטיסים הצהובים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החלפת הגופים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לכתוב משפט בדרך אחרת, אבל באותה משמעות. יש שלושה סוגים: דיבור, צירוף ומשפט, פעיל וסביל.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המדויקות שמישהו אמר, בתוך 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מה מישהו אמר, בלי מירכאות, עם המילה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קצרה בלי פועל, כמו בגלל 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פועל, כמו כי ירד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מראה מי עשה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מראה למי נעשתה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בעברית, למשל קל, נפעל, פיעל, 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מדבר או עליו מדברים, כמו אני, הוא, היא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הוא בלי מירכאות?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 אמרה: "אני עייפה."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 אמרה שהיא עייפה.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שאלה: "מתי תבוא?"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"אני עייפה", אמרה דנה.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מחליפים את המילה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הוא/היא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ביטוי קצר בלי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שיצאנו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על פי שהיה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עשה את הפעולה כאן - זה ברור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בניין פעיל הופך לנפעל?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מוסיפים לשאלה של כן ולא?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"לפני היציאה" הוא משפט עם 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כשהופכים דיבור ישיר לעקיף, זמן הפועל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בדיבור עקיף הופך ל"ביקש מ... ל...".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פועל הוא הצורה הסבילה של בניין פיעל.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"בגלל הגשם" ו"כי ירד גשם" שומרים על אותה 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"אני עייפה" הופך בדיבור עקיף ל"__________ עייפה".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בגלל הגשם ← כי __________ 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היציאה ← לפני __________ יצאנו.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הוועד פרסם את התוצאות ← התוצאות __________ על ידי הוועד.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אמא ביקשה: "תסדר את החדר!" ← אמא ביקשה ממנו __________ את החדר.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ישיר לעקיף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דנה אמרה: "אני עייפה."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יוסי שאל איפה הספר.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יוסי שאל: "איפה הספר?"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דנה אמרה שהיא עייפה.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רון שאל: "האם באת?"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המורה ביקשה מהם לשבת בשקט.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המורה ביקשה: "שבו בשקט!"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דני אמר שהוא יבוא למחרת.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"אני אבוא מחר", אמר דני.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רון שאל אם בא.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שכתוב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שכתבו בדיבור עקיף: אבא אמר: "אני הולך לעבודה."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הפכו את הצירוף למשפט: אחרי סיום המבחן יצאנו לחופשה.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הפכו למשפט סביל: המורה בדקה את המבחנים.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דיבור ישיר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לצירוף ולמשפט עם אותה משמעות.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הפכו משפט אחד מפעיל לסביל.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עקיף, צירוף/משפט, פעיל/סביל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